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40"/>
        <w:jc w:val="center"/>
        <w:pBdr>
          <w:top w:val="nil"/>
          <w:left w:val="nil"/>
          <w:bottom w:val="nil"/>
          <w:right w:val="nil"/>
          <w:between w:val="nil"/>
          <w:bar w:val="nil"/>
        </w:pBdr>
      </w:pPr>
      <w:r>
        <w:rPr>
          <w:rFonts w:ascii="Aptos Display" w:hAnsi="Aptos Display"/>
          <w:b/>
          <w:color w:val="000000"/>
          <w:sz w:val="36"/>
        </w:rPr>
        <w:t>Wednesday League Game Schedule</w:t>
      </w:r>
    </w:p>
    <w:p>
      <w:pPr>
        <w:spacing w:after="140"/>
        <w:jc w:val="center"/>
      </w:pPr>
      <w:r>
        <w:rPr>
          <w:color w:val="4B5563"/>
          <w:sz w:val="21"/>
        </w:rPr>
        <w:t>September 16 through October 21 2026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088"/>
        <w:gridCol w:w="1584"/>
        <w:gridCol w:w="6840"/>
      </w:tblGrid>
      <w:tr>
        <w:tc>
          <w:tcPr>
            <w:tcW w:type="dxa" w:w="2088"/>
            <w:vAlign w:val="center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9"/>
              </w:rPr>
              <w:t>DATE</w:t>
            </w:r>
          </w:p>
        </w:tc>
        <w:tc>
          <w:tcPr>
            <w:tcW w:type="dxa" w:w="1584"/>
            <w:vAlign w:val="center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9"/>
              </w:rPr>
              <w:t>TIME</w:t>
            </w:r>
          </w:p>
        </w:tc>
        <w:tc>
          <w:tcPr>
            <w:tcW w:type="dxa" w:w="6840"/>
            <w:vAlign w:val="center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9"/>
              </w:rPr>
              <w:t>MATCHUP</w:t>
            </w:r>
          </w:p>
        </w:tc>
      </w:tr>
      <w:tr>
        <w:tc>
          <w:tcPr>
            <w:tcW w:type="dxa" w:w="2088"/>
            <w:vAlign w:val="center"/>
            <w:shd w:fill="EAF2F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30" w:type="dxa"/>
              <w:start w:w="105" w:type="dxa"/>
              <w:bottom w:w="30" w:type="dxa"/>
              <w:end w:w="105" w:type="dxa"/>
            </w:tcMar>
          </w:tcPr>
          <w:p>
            <w:pPr>
              <w:keepNext/>
              <w:spacing w:after="0"/>
              <w:jc w:val="center"/>
            </w:pPr>
            <w:r>
              <w:rPr>
                <w:b/>
                <w:color w:val="17365D"/>
                <w:sz w:val="18"/>
              </w:rPr>
              <w:t>September 16</w:t>
            </w:r>
          </w:p>
        </w:tc>
        <w:tc>
          <w:tcPr>
            <w:tcW w:type="dxa" w:w="1584"/>
            <w:vAlign w:val="center"/>
            <w:shd w:fill="EAF2F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30" w:type="dxa"/>
              <w:start w:w="105" w:type="dxa"/>
              <w:bottom w:w="30" w:type="dxa"/>
              <w:end w:w="105" w:type="dxa"/>
            </w:tcMar>
          </w:tcPr>
          <w:p>
            <w:pPr>
              <w:keepNext/>
              <w:spacing w:after="0"/>
              <w:jc w:val="center"/>
            </w:pPr>
            <w:r>
              <w:rPr>
                <w:sz w:val="18"/>
              </w:rPr>
              <w:t>6:15 PM</w:t>
            </w:r>
          </w:p>
        </w:tc>
        <w:tc>
          <w:tcPr>
            <w:tcW w:type="dxa" w:w="6840"/>
            <w:vAlign w:val="center"/>
            <w:shd w:fill="EAF2F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30" w:type="dxa"/>
              <w:start w:w="105" w:type="dxa"/>
              <w:bottom w:w="30" w:type="dxa"/>
              <w:end w:w="105" w:type="dxa"/>
            </w:tcMar>
          </w:tcPr>
          <w:p>
            <w:pPr>
              <w:keepNext/>
              <w:spacing w:after="0"/>
              <w:jc w:val="left"/>
            </w:pPr>
            <w:r>
              <w:rPr>
                <w:sz w:val="18"/>
              </w:rPr>
              <w:t>No Mercy vs. Road Runners</w:t>
            </w:r>
          </w:p>
        </w:tc>
      </w:tr>
      <w:tr>
        <w:tc>
          <w:tcPr>
            <w:tcW w:type="dxa" w:w="2088"/>
            <w:vAlign w:val="center"/>
            <w:shd w:fill="EAF2F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30" w:type="dxa"/>
              <w:start w:w="105" w:type="dxa"/>
              <w:bottom w:w="30" w:type="dxa"/>
              <w:end w:w="105" w:type="dxa"/>
            </w:tcMar>
          </w:tcPr>
          <w:p>
            <w:pPr>
              <w:keepNext/>
              <w:spacing w:after="0"/>
              <w:jc w:val="center"/>
            </w:pPr>
            <w:r>
              <w:rPr>
                <w:b/>
                <w:color w:val="17365D"/>
                <w:sz w:val="18"/>
              </w:rPr>
            </w:r>
          </w:p>
        </w:tc>
        <w:tc>
          <w:tcPr>
            <w:tcW w:type="dxa" w:w="1584"/>
            <w:vAlign w:val="center"/>
            <w:shd w:fill="EAF2F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30" w:type="dxa"/>
              <w:start w:w="105" w:type="dxa"/>
              <w:bottom w:w="30" w:type="dxa"/>
              <w:end w:w="105" w:type="dxa"/>
            </w:tcMar>
          </w:tcPr>
          <w:p>
            <w:pPr>
              <w:keepNext/>
              <w:spacing w:after="0"/>
              <w:jc w:val="center"/>
            </w:pPr>
            <w:r>
              <w:rPr>
                <w:sz w:val="18"/>
              </w:rPr>
              <w:t>7:00 PM</w:t>
            </w:r>
          </w:p>
        </w:tc>
        <w:tc>
          <w:tcPr>
            <w:tcW w:type="dxa" w:w="6840"/>
            <w:vAlign w:val="center"/>
            <w:shd w:fill="EAF2F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30" w:type="dxa"/>
              <w:start w:w="105" w:type="dxa"/>
              <w:bottom w:w="30" w:type="dxa"/>
              <w:end w:w="105" w:type="dxa"/>
            </w:tcMar>
          </w:tcPr>
          <w:p>
            <w:pPr>
              <w:keepNext/>
              <w:spacing w:after="0"/>
              <w:jc w:val="left"/>
            </w:pPr>
            <w:r>
              <w:rPr>
                <w:sz w:val="18"/>
              </w:rPr>
              <w:t>Road Runners vs. Set Happens</w:t>
            </w:r>
          </w:p>
        </w:tc>
      </w:tr>
      <w:tr>
        <w:tc>
          <w:tcPr>
            <w:tcW w:type="dxa" w:w="2088"/>
            <w:vAlign w:val="center"/>
            <w:shd w:fill="EAF2F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30" w:type="dxa"/>
              <w:start w:w="105" w:type="dxa"/>
              <w:bottom w:w="30" w:type="dxa"/>
              <w:end w:w="105" w:type="dxa"/>
            </w:tcMar>
          </w:tcPr>
          <w:p>
            <w:pPr>
              <w:keepNext/>
              <w:spacing w:after="0"/>
              <w:jc w:val="center"/>
            </w:pPr>
            <w:r>
              <w:rPr>
                <w:b/>
                <w:color w:val="17365D"/>
                <w:sz w:val="18"/>
              </w:rPr>
            </w:r>
          </w:p>
        </w:tc>
        <w:tc>
          <w:tcPr>
            <w:tcW w:type="dxa" w:w="1584"/>
            <w:vAlign w:val="center"/>
            <w:shd w:fill="EAF2F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30" w:type="dxa"/>
              <w:start w:w="105" w:type="dxa"/>
              <w:bottom w:w="30" w:type="dxa"/>
              <w:end w:w="105" w:type="dxa"/>
            </w:tcMar>
          </w:tcPr>
          <w:p>
            <w:pPr>
              <w:keepNext/>
              <w:spacing w:after="0"/>
              <w:jc w:val="center"/>
            </w:pPr>
            <w:r>
              <w:rPr>
                <w:sz w:val="18"/>
              </w:rPr>
              <w:t>7:45 PM</w:t>
            </w:r>
          </w:p>
        </w:tc>
        <w:tc>
          <w:tcPr>
            <w:tcW w:type="dxa" w:w="6840"/>
            <w:vAlign w:val="center"/>
            <w:shd w:fill="EAF2F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30" w:type="dxa"/>
              <w:start w:w="105" w:type="dxa"/>
              <w:bottom w:w="30" w:type="dxa"/>
              <w:end w:w="105" w:type="dxa"/>
            </w:tcMar>
          </w:tcPr>
          <w:p>
            <w:pPr>
              <w:keepNext/>
              <w:spacing w:after="0"/>
              <w:jc w:val="left"/>
            </w:pPr>
            <w:r>
              <w:rPr>
                <w:sz w:val="18"/>
              </w:rPr>
              <w:t>Aces vs. Set Happens</w:t>
            </w:r>
          </w:p>
        </w:tc>
      </w:tr>
      <w:tr>
        <w:tc>
          <w:tcPr>
            <w:tcW w:type="dxa" w:w="2088"/>
            <w:vAlign w:val="center"/>
            <w:shd w:fill="EAF2F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30" w:type="dxa"/>
              <w:start w:w="105" w:type="dxa"/>
              <w:bottom w:w="30" w:type="dxa"/>
              <w:end w:w="105" w:type="dxa"/>
            </w:tcMar>
          </w:tcPr>
          <w:p>
            <w:pPr>
              <w:keepNext/>
              <w:spacing w:after="0"/>
              <w:jc w:val="center"/>
            </w:pPr>
            <w:r>
              <w:rPr>
                <w:b/>
                <w:color w:val="17365D"/>
                <w:sz w:val="18"/>
              </w:rPr>
            </w:r>
          </w:p>
        </w:tc>
        <w:tc>
          <w:tcPr>
            <w:tcW w:type="dxa" w:w="1584"/>
            <w:vAlign w:val="center"/>
            <w:shd w:fill="EAF2F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30" w:type="dxa"/>
              <w:start w:w="105" w:type="dxa"/>
              <w:bottom w:w="30" w:type="dxa"/>
              <w:end w:w="105" w:type="dxa"/>
            </w:tcMar>
          </w:tcPr>
          <w:p>
            <w:pPr>
              <w:keepNext/>
              <w:spacing w:after="0"/>
              <w:jc w:val="center"/>
            </w:pPr>
            <w:r>
              <w:rPr>
                <w:sz w:val="18"/>
              </w:rPr>
              <w:t>8:30 PM</w:t>
            </w:r>
          </w:p>
        </w:tc>
        <w:tc>
          <w:tcPr>
            <w:tcW w:type="dxa" w:w="6840"/>
            <w:vAlign w:val="center"/>
            <w:shd w:fill="EAF2F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30" w:type="dxa"/>
              <w:start w:w="105" w:type="dxa"/>
              <w:bottom w:w="30" w:type="dxa"/>
              <w:end w:w="105" w:type="dxa"/>
            </w:tcMar>
          </w:tcPr>
          <w:p>
            <w:pPr>
              <w:keepNext/>
              <w:spacing w:after="0"/>
              <w:jc w:val="left"/>
            </w:pPr>
            <w:r>
              <w:rPr>
                <w:sz w:val="18"/>
              </w:rPr>
              <w:t>Notorious D.I.G. vs. Aces</w:t>
            </w:r>
          </w:p>
        </w:tc>
      </w:tr>
      <w:tr>
        <w:tc>
          <w:tcPr>
            <w:tcW w:type="dxa" w:w="2088"/>
            <w:vAlign w:val="center"/>
            <w:shd w:fill="EAF2F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30" w:type="dxa"/>
              <w:start w:w="105" w:type="dxa"/>
              <w:bottom w:w="30" w:type="dxa"/>
              <w:end w:w="105" w:type="dxa"/>
            </w:tcMar>
          </w:tcPr>
          <w:p>
            <w:pPr>
              <w:keepNext w:val="0"/>
              <w:spacing w:after="0"/>
              <w:jc w:val="center"/>
            </w:pPr>
            <w:r>
              <w:rPr>
                <w:b/>
                <w:color w:val="17365D"/>
                <w:sz w:val="18"/>
              </w:rPr>
            </w:r>
          </w:p>
        </w:tc>
        <w:tc>
          <w:tcPr>
            <w:tcW w:type="dxa" w:w="1584"/>
            <w:vAlign w:val="center"/>
            <w:shd w:fill="EAF2F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30" w:type="dxa"/>
              <w:start w:w="105" w:type="dxa"/>
              <w:bottom w:w="30" w:type="dxa"/>
              <w:end w:w="105" w:type="dxa"/>
            </w:tcMar>
          </w:tcPr>
          <w:p>
            <w:pPr>
              <w:keepNext w:val="0"/>
              <w:spacing w:after="0"/>
              <w:jc w:val="center"/>
            </w:pPr>
            <w:r>
              <w:rPr>
                <w:sz w:val="18"/>
              </w:rPr>
              <w:t>9:15 PM</w:t>
            </w:r>
          </w:p>
        </w:tc>
        <w:tc>
          <w:tcPr>
            <w:tcW w:type="dxa" w:w="6840"/>
            <w:vAlign w:val="center"/>
            <w:shd w:fill="EAF2F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30" w:type="dxa"/>
              <w:start w:w="105" w:type="dxa"/>
              <w:bottom w:w="30" w:type="dxa"/>
              <w:end w:w="105" w:type="dxa"/>
            </w:tcMar>
          </w:tcPr>
          <w:p>
            <w:pPr>
              <w:keepNext w:val="0"/>
              <w:spacing w:after="0"/>
              <w:jc w:val="left"/>
            </w:pPr>
            <w:r>
              <w:rPr>
                <w:sz w:val="18"/>
              </w:rPr>
              <w:t>Dynasty vs. Notorious D.I.G.</w:t>
            </w:r>
          </w:p>
        </w:tc>
      </w:tr>
      <w:tr>
        <w:tc>
          <w:tcPr>
            <w:tcW w:type="dxa" w:w="2088"/>
            <w:vAlign w:val="center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30" w:type="dxa"/>
              <w:start w:w="105" w:type="dxa"/>
              <w:bottom w:w="30" w:type="dxa"/>
              <w:end w:w="105" w:type="dxa"/>
            </w:tcMar>
          </w:tcPr>
          <w:p>
            <w:pPr>
              <w:keepNext/>
              <w:spacing w:after="0"/>
              <w:jc w:val="center"/>
            </w:pPr>
            <w:r>
              <w:rPr>
                <w:b/>
                <w:color w:val="17365D"/>
                <w:sz w:val="18"/>
              </w:rPr>
              <w:t>September 23</w:t>
            </w:r>
          </w:p>
        </w:tc>
        <w:tc>
          <w:tcPr>
            <w:tcW w:type="dxa" w:w="1584"/>
            <w:vAlign w:val="center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30" w:type="dxa"/>
              <w:start w:w="105" w:type="dxa"/>
              <w:bottom w:w="30" w:type="dxa"/>
              <w:end w:w="105" w:type="dxa"/>
            </w:tcMar>
          </w:tcPr>
          <w:p>
            <w:pPr>
              <w:keepNext/>
              <w:spacing w:after="0"/>
              <w:jc w:val="center"/>
            </w:pPr>
            <w:r>
              <w:rPr>
                <w:sz w:val="18"/>
              </w:rPr>
              <w:t>6:15 PM</w:t>
            </w:r>
          </w:p>
        </w:tc>
        <w:tc>
          <w:tcPr>
            <w:tcW w:type="dxa" w:w="6840"/>
            <w:vAlign w:val="center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30" w:type="dxa"/>
              <w:start w:w="105" w:type="dxa"/>
              <w:bottom w:w="30" w:type="dxa"/>
              <w:end w:w="105" w:type="dxa"/>
            </w:tcMar>
          </w:tcPr>
          <w:p>
            <w:pPr>
              <w:keepNext/>
              <w:spacing w:after="0"/>
              <w:jc w:val="left"/>
            </w:pPr>
            <w:r>
              <w:rPr>
                <w:sz w:val="18"/>
              </w:rPr>
              <w:t>Dynasty vs. Set Happens</w:t>
            </w:r>
          </w:p>
        </w:tc>
      </w:tr>
      <w:tr>
        <w:tc>
          <w:tcPr>
            <w:tcW w:type="dxa" w:w="2088"/>
            <w:vAlign w:val="center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30" w:type="dxa"/>
              <w:start w:w="105" w:type="dxa"/>
              <w:bottom w:w="30" w:type="dxa"/>
              <w:end w:w="105" w:type="dxa"/>
            </w:tcMar>
          </w:tcPr>
          <w:p>
            <w:pPr>
              <w:keepNext/>
              <w:spacing w:after="0"/>
              <w:jc w:val="center"/>
            </w:pPr>
            <w:r>
              <w:rPr>
                <w:b/>
                <w:color w:val="17365D"/>
                <w:sz w:val="18"/>
              </w:rPr>
            </w:r>
          </w:p>
        </w:tc>
        <w:tc>
          <w:tcPr>
            <w:tcW w:type="dxa" w:w="1584"/>
            <w:vAlign w:val="center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30" w:type="dxa"/>
              <w:start w:w="105" w:type="dxa"/>
              <w:bottom w:w="30" w:type="dxa"/>
              <w:end w:w="105" w:type="dxa"/>
            </w:tcMar>
          </w:tcPr>
          <w:p>
            <w:pPr>
              <w:keepNext/>
              <w:spacing w:after="0"/>
              <w:jc w:val="center"/>
            </w:pPr>
            <w:r>
              <w:rPr>
                <w:sz w:val="18"/>
              </w:rPr>
              <w:t>7:00 PM</w:t>
            </w:r>
          </w:p>
        </w:tc>
        <w:tc>
          <w:tcPr>
            <w:tcW w:type="dxa" w:w="6840"/>
            <w:vAlign w:val="center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30" w:type="dxa"/>
              <w:start w:w="105" w:type="dxa"/>
              <w:bottom w:w="30" w:type="dxa"/>
              <w:end w:w="105" w:type="dxa"/>
            </w:tcMar>
          </w:tcPr>
          <w:p>
            <w:pPr>
              <w:keepNext/>
              <w:spacing w:after="0"/>
              <w:jc w:val="left"/>
            </w:pPr>
            <w:r>
              <w:rPr>
                <w:sz w:val="18"/>
              </w:rPr>
              <w:t>No Mercy vs. Set Happens</w:t>
            </w:r>
          </w:p>
        </w:tc>
      </w:tr>
      <w:tr>
        <w:tc>
          <w:tcPr>
            <w:tcW w:type="dxa" w:w="2088"/>
            <w:vAlign w:val="center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30" w:type="dxa"/>
              <w:start w:w="105" w:type="dxa"/>
              <w:bottom w:w="30" w:type="dxa"/>
              <w:end w:w="105" w:type="dxa"/>
            </w:tcMar>
          </w:tcPr>
          <w:p>
            <w:pPr>
              <w:keepNext/>
              <w:spacing w:after="0"/>
              <w:jc w:val="center"/>
            </w:pPr>
            <w:r>
              <w:rPr>
                <w:b/>
                <w:color w:val="17365D"/>
                <w:sz w:val="18"/>
              </w:rPr>
            </w:r>
          </w:p>
        </w:tc>
        <w:tc>
          <w:tcPr>
            <w:tcW w:type="dxa" w:w="1584"/>
            <w:vAlign w:val="center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30" w:type="dxa"/>
              <w:start w:w="105" w:type="dxa"/>
              <w:bottom w:w="30" w:type="dxa"/>
              <w:end w:w="105" w:type="dxa"/>
            </w:tcMar>
          </w:tcPr>
          <w:p>
            <w:pPr>
              <w:keepNext/>
              <w:spacing w:after="0"/>
              <w:jc w:val="center"/>
            </w:pPr>
            <w:r>
              <w:rPr>
                <w:sz w:val="18"/>
              </w:rPr>
              <w:t>7:45 PM</w:t>
            </w:r>
          </w:p>
        </w:tc>
        <w:tc>
          <w:tcPr>
            <w:tcW w:type="dxa" w:w="6840"/>
            <w:vAlign w:val="center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30" w:type="dxa"/>
              <w:start w:w="105" w:type="dxa"/>
              <w:bottom w:w="30" w:type="dxa"/>
              <w:end w:w="105" w:type="dxa"/>
            </w:tcMar>
          </w:tcPr>
          <w:p>
            <w:pPr>
              <w:keepNext/>
              <w:spacing w:after="0"/>
              <w:jc w:val="left"/>
            </w:pPr>
            <w:r>
              <w:rPr>
                <w:sz w:val="18"/>
              </w:rPr>
              <w:t>No Mercy vs. Aces</w:t>
            </w:r>
          </w:p>
        </w:tc>
      </w:tr>
      <w:tr>
        <w:tc>
          <w:tcPr>
            <w:tcW w:type="dxa" w:w="2088"/>
            <w:vAlign w:val="center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30" w:type="dxa"/>
              <w:start w:w="105" w:type="dxa"/>
              <w:bottom w:w="30" w:type="dxa"/>
              <w:end w:w="105" w:type="dxa"/>
            </w:tcMar>
          </w:tcPr>
          <w:p>
            <w:pPr>
              <w:keepNext/>
              <w:spacing w:after="0"/>
              <w:jc w:val="center"/>
            </w:pPr>
            <w:r>
              <w:rPr>
                <w:b/>
                <w:color w:val="17365D"/>
                <w:sz w:val="18"/>
              </w:rPr>
            </w:r>
          </w:p>
        </w:tc>
        <w:tc>
          <w:tcPr>
            <w:tcW w:type="dxa" w:w="1584"/>
            <w:vAlign w:val="center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30" w:type="dxa"/>
              <w:start w:w="105" w:type="dxa"/>
              <w:bottom w:w="30" w:type="dxa"/>
              <w:end w:w="105" w:type="dxa"/>
            </w:tcMar>
          </w:tcPr>
          <w:p>
            <w:pPr>
              <w:keepNext/>
              <w:spacing w:after="0"/>
              <w:jc w:val="center"/>
            </w:pPr>
            <w:r>
              <w:rPr>
                <w:sz w:val="18"/>
              </w:rPr>
              <w:t>8:30 PM</w:t>
            </w:r>
          </w:p>
        </w:tc>
        <w:tc>
          <w:tcPr>
            <w:tcW w:type="dxa" w:w="6840"/>
            <w:vAlign w:val="center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30" w:type="dxa"/>
              <w:start w:w="105" w:type="dxa"/>
              <w:bottom w:w="30" w:type="dxa"/>
              <w:end w:w="105" w:type="dxa"/>
            </w:tcMar>
          </w:tcPr>
          <w:p>
            <w:pPr>
              <w:keepNext/>
              <w:spacing w:after="0"/>
              <w:jc w:val="left"/>
            </w:pPr>
            <w:r>
              <w:rPr>
                <w:sz w:val="18"/>
              </w:rPr>
              <w:t>Road Runners vs. Aces</w:t>
            </w:r>
          </w:p>
        </w:tc>
      </w:tr>
      <w:tr>
        <w:tc>
          <w:tcPr>
            <w:tcW w:type="dxa" w:w="2088"/>
            <w:vAlign w:val="center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30" w:type="dxa"/>
              <w:start w:w="105" w:type="dxa"/>
              <w:bottom w:w="30" w:type="dxa"/>
              <w:end w:w="105" w:type="dxa"/>
            </w:tcMar>
          </w:tcPr>
          <w:p>
            <w:pPr>
              <w:keepNext w:val="0"/>
              <w:spacing w:after="0"/>
              <w:jc w:val="center"/>
            </w:pPr>
            <w:r>
              <w:rPr>
                <w:b/>
                <w:color w:val="17365D"/>
                <w:sz w:val="18"/>
              </w:rPr>
            </w:r>
          </w:p>
        </w:tc>
        <w:tc>
          <w:tcPr>
            <w:tcW w:type="dxa" w:w="1584"/>
            <w:vAlign w:val="center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30" w:type="dxa"/>
              <w:start w:w="105" w:type="dxa"/>
              <w:bottom w:w="30" w:type="dxa"/>
              <w:end w:w="105" w:type="dxa"/>
            </w:tcMar>
          </w:tcPr>
          <w:p>
            <w:pPr>
              <w:keepNext w:val="0"/>
              <w:spacing w:after="0"/>
              <w:jc w:val="center"/>
            </w:pPr>
            <w:r>
              <w:rPr>
                <w:sz w:val="18"/>
              </w:rPr>
              <w:t>9:15 PM</w:t>
            </w:r>
          </w:p>
        </w:tc>
        <w:tc>
          <w:tcPr>
            <w:tcW w:type="dxa" w:w="6840"/>
            <w:vAlign w:val="center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30" w:type="dxa"/>
              <w:start w:w="105" w:type="dxa"/>
              <w:bottom w:w="30" w:type="dxa"/>
              <w:end w:w="105" w:type="dxa"/>
            </w:tcMar>
          </w:tcPr>
          <w:p>
            <w:pPr>
              <w:keepNext w:val="0"/>
              <w:spacing w:after="0"/>
              <w:jc w:val="left"/>
            </w:pPr>
            <w:r>
              <w:rPr>
                <w:sz w:val="18"/>
              </w:rPr>
              <w:t>Road Runners vs. Notorious D.I.G.</w:t>
            </w:r>
          </w:p>
        </w:tc>
      </w:tr>
      <w:tr>
        <w:tc>
          <w:tcPr>
            <w:tcW w:type="dxa" w:w="2088"/>
            <w:vAlign w:val="center"/>
            <w:shd w:fill="EAF2F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30" w:type="dxa"/>
              <w:start w:w="105" w:type="dxa"/>
              <w:bottom w:w="30" w:type="dxa"/>
              <w:end w:w="105" w:type="dxa"/>
            </w:tcMar>
          </w:tcPr>
          <w:p>
            <w:pPr>
              <w:keepNext/>
              <w:spacing w:after="0"/>
              <w:jc w:val="center"/>
            </w:pPr>
            <w:r>
              <w:rPr>
                <w:b/>
                <w:color w:val="17365D"/>
                <w:sz w:val="18"/>
              </w:rPr>
              <w:t>September 30</w:t>
            </w:r>
          </w:p>
        </w:tc>
        <w:tc>
          <w:tcPr>
            <w:tcW w:type="dxa" w:w="1584"/>
            <w:vAlign w:val="center"/>
            <w:shd w:fill="EAF2F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30" w:type="dxa"/>
              <w:start w:w="105" w:type="dxa"/>
              <w:bottom w:w="30" w:type="dxa"/>
              <w:end w:w="105" w:type="dxa"/>
            </w:tcMar>
          </w:tcPr>
          <w:p>
            <w:pPr>
              <w:keepNext/>
              <w:spacing w:after="0"/>
              <w:jc w:val="center"/>
            </w:pPr>
            <w:r>
              <w:rPr>
                <w:sz w:val="18"/>
              </w:rPr>
              <w:t>6:15 PM</w:t>
            </w:r>
          </w:p>
        </w:tc>
        <w:tc>
          <w:tcPr>
            <w:tcW w:type="dxa" w:w="6840"/>
            <w:vAlign w:val="center"/>
            <w:shd w:fill="EAF2F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30" w:type="dxa"/>
              <w:start w:w="105" w:type="dxa"/>
              <w:bottom w:w="30" w:type="dxa"/>
              <w:end w:w="105" w:type="dxa"/>
            </w:tcMar>
          </w:tcPr>
          <w:p>
            <w:pPr>
              <w:keepNext/>
              <w:spacing w:after="0"/>
              <w:jc w:val="left"/>
            </w:pPr>
            <w:r>
              <w:rPr>
                <w:sz w:val="18"/>
              </w:rPr>
              <w:t>No Mercy vs. Notorious D.I.G.</w:t>
            </w:r>
          </w:p>
        </w:tc>
      </w:tr>
      <w:tr>
        <w:tc>
          <w:tcPr>
            <w:tcW w:type="dxa" w:w="2088"/>
            <w:vAlign w:val="center"/>
            <w:shd w:fill="EAF2F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30" w:type="dxa"/>
              <w:start w:w="105" w:type="dxa"/>
              <w:bottom w:w="30" w:type="dxa"/>
              <w:end w:w="105" w:type="dxa"/>
            </w:tcMar>
          </w:tcPr>
          <w:p>
            <w:pPr>
              <w:keepNext/>
              <w:spacing w:after="0"/>
              <w:jc w:val="center"/>
            </w:pPr>
            <w:r>
              <w:rPr>
                <w:b/>
                <w:color w:val="17365D"/>
                <w:sz w:val="18"/>
              </w:rPr>
            </w:r>
          </w:p>
        </w:tc>
        <w:tc>
          <w:tcPr>
            <w:tcW w:type="dxa" w:w="1584"/>
            <w:vAlign w:val="center"/>
            <w:shd w:fill="EAF2F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30" w:type="dxa"/>
              <w:start w:w="105" w:type="dxa"/>
              <w:bottom w:w="30" w:type="dxa"/>
              <w:end w:w="105" w:type="dxa"/>
            </w:tcMar>
          </w:tcPr>
          <w:p>
            <w:pPr>
              <w:keepNext/>
              <w:spacing w:after="0"/>
              <w:jc w:val="center"/>
            </w:pPr>
            <w:r>
              <w:rPr>
                <w:sz w:val="18"/>
              </w:rPr>
              <w:t>7:00 PM</w:t>
            </w:r>
          </w:p>
        </w:tc>
        <w:tc>
          <w:tcPr>
            <w:tcW w:type="dxa" w:w="6840"/>
            <w:vAlign w:val="center"/>
            <w:shd w:fill="EAF2F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30" w:type="dxa"/>
              <w:start w:w="105" w:type="dxa"/>
              <w:bottom w:w="30" w:type="dxa"/>
              <w:end w:w="105" w:type="dxa"/>
            </w:tcMar>
          </w:tcPr>
          <w:p>
            <w:pPr>
              <w:keepNext/>
              <w:spacing w:after="0"/>
              <w:jc w:val="left"/>
            </w:pPr>
            <w:r>
              <w:rPr>
                <w:sz w:val="18"/>
              </w:rPr>
              <w:t>Road Runners vs. Notorious D.I.G.</w:t>
            </w:r>
          </w:p>
        </w:tc>
      </w:tr>
      <w:tr>
        <w:tc>
          <w:tcPr>
            <w:tcW w:type="dxa" w:w="2088"/>
            <w:vAlign w:val="center"/>
            <w:shd w:fill="EAF2F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30" w:type="dxa"/>
              <w:start w:w="105" w:type="dxa"/>
              <w:bottom w:w="30" w:type="dxa"/>
              <w:end w:w="105" w:type="dxa"/>
            </w:tcMar>
          </w:tcPr>
          <w:p>
            <w:pPr>
              <w:keepNext/>
              <w:spacing w:after="0"/>
              <w:jc w:val="center"/>
            </w:pPr>
            <w:r>
              <w:rPr>
                <w:b/>
                <w:color w:val="17365D"/>
                <w:sz w:val="18"/>
              </w:rPr>
            </w:r>
          </w:p>
        </w:tc>
        <w:tc>
          <w:tcPr>
            <w:tcW w:type="dxa" w:w="1584"/>
            <w:vAlign w:val="center"/>
            <w:shd w:fill="EAF2F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30" w:type="dxa"/>
              <w:start w:w="105" w:type="dxa"/>
              <w:bottom w:w="30" w:type="dxa"/>
              <w:end w:w="105" w:type="dxa"/>
            </w:tcMar>
          </w:tcPr>
          <w:p>
            <w:pPr>
              <w:keepNext/>
              <w:spacing w:after="0"/>
              <w:jc w:val="center"/>
            </w:pPr>
            <w:r>
              <w:rPr>
                <w:sz w:val="18"/>
              </w:rPr>
              <w:t>7:45 PM</w:t>
            </w:r>
          </w:p>
        </w:tc>
        <w:tc>
          <w:tcPr>
            <w:tcW w:type="dxa" w:w="6840"/>
            <w:vAlign w:val="center"/>
            <w:shd w:fill="EAF2F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30" w:type="dxa"/>
              <w:start w:w="105" w:type="dxa"/>
              <w:bottom w:w="30" w:type="dxa"/>
              <w:end w:w="105" w:type="dxa"/>
            </w:tcMar>
          </w:tcPr>
          <w:p>
            <w:pPr>
              <w:keepNext/>
              <w:spacing w:after="0"/>
              <w:jc w:val="left"/>
            </w:pPr>
            <w:r>
              <w:rPr>
                <w:sz w:val="18"/>
              </w:rPr>
              <w:t>Road Runners vs. Set Happens</w:t>
            </w:r>
          </w:p>
        </w:tc>
      </w:tr>
      <w:tr>
        <w:tc>
          <w:tcPr>
            <w:tcW w:type="dxa" w:w="2088"/>
            <w:vAlign w:val="center"/>
            <w:shd w:fill="EAF2F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30" w:type="dxa"/>
              <w:start w:w="105" w:type="dxa"/>
              <w:bottom w:w="30" w:type="dxa"/>
              <w:end w:w="105" w:type="dxa"/>
            </w:tcMar>
          </w:tcPr>
          <w:p>
            <w:pPr>
              <w:keepNext/>
              <w:spacing w:after="0"/>
              <w:jc w:val="center"/>
            </w:pPr>
            <w:r>
              <w:rPr>
                <w:b/>
                <w:color w:val="17365D"/>
                <w:sz w:val="18"/>
              </w:rPr>
            </w:r>
          </w:p>
        </w:tc>
        <w:tc>
          <w:tcPr>
            <w:tcW w:type="dxa" w:w="1584"/>
            <w:vAlign w:val="center"/>
            <w:shd w:fill="EAF2F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30" w:type="dxa"/>
              <w:start w:w="105" w:type="dxa"/>
              <w:bottom w:w="30" w:type="dxa"/>
              <w:end w:w="105" w:type="dxa"/>
            </w:tcMar>
          </w:tcPr>
          <w:p>
            <w:pPr>
              <w:keepNext/>
              <w:spacing w:after="0"/>
              <w:jc w:val="center"/>
            </w:pPr>
            <w:r>
              <w:rPr>
                <w:sz w:val="18"/>
              </w:rPr>
              <w:t>8:30 PM</w:t>
            </w:r>
          </w:p>
        </w:tc>
        <w:tc>
          <w:tcPr>
            <w:tcW w:type="dxa" w:w="6840"/>
            <w:vAlign w:val="center"/>
            <w:shd w:fill="EAF2F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30" w:type="dxa"/>
              <w:start w:w="105" w:type="dxa"/>
              <w:bottom w:w="30" w:type="dxa"/>
              <w:end w:w="105" w:type="dxa"/>
            </w:tcMar>
          </w:tcPr>
          <w:p>
            <w:pPr>
              <w:keepNext/>
              <w:spacing w:after="0"/>
              <w:jc w:val="left"/>
            </w:pPr>
            <w:r>
              <w:rPr>
                <w:sz w:val="18"/>
              </w:rPr>
              <w:t>Dynasty vs. Set Happens</w:t>
            </w:r>
          </w:p>
        </w:tc>
      </w:tr>
      <w:tr>
        <w:tc>
          <w:tcPr>
            <w:tcW w:type="dxa" w:w="2088"/>
            <w:vAlign w:val="center"/>
            <w:shd w:fill="EAF2F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30" w:type="dxa"/>
              <w:start w:w="105" w:type="dxa"/>
              <w:bottom w:w="30" w:type="dxa"/>
              <w:end w:w="105" w:type="dxa"/>
            </w:tcMar>
          </w:tcPr>
          <w:p>
            <w:pPr>
              <w:keepNext w:val="0"/>
              <w:spacing w:after="0"/>
              <w:jc w:val="center"/>
            </w:pPr>
            <w:r>
              <w:rPr>
                <w:b/>
                <w:color w:val="17365D"/>
                <w:sz w:val="18"/>
              </w:rPr>
            </w:r>
          </w:p>
        </w:tc>
        <w:tc>
          <w:tcPr>
            <w:tcW w:type="dxa" w:w="1584"/>
            <w:vAlign w:val="center"/>
            <w:shd w:fill="EAF2F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30" w:type="dxa"/>
              <w:start w:w="105" w:type="dxa"/>
              <w:bottom w:w="30" w:type="dxa"/>
              <w:end w:w="105" w:type="dxa"/>
            </w:tcMar>
          </w:tcPr>
          <w:p>
            <w:pPr>
              <w:keepNext w:val="0"/>
              <w:spacing w:after="0"/>
              <w:jc w:val="center"/>
            </w:pPr>
            <w:r>
              <w:rPr>
                <w:sz w:val="18"/>
              </w:rPr>
              <w:t>9:15 PM</w:t>
            </w:r>
          </w:p>
        </w:tc>
        <w:tc>
          <w:tcPr>
            <w:tcW w:type="dxa" w:w="6840"/>
            <w:vAlign w:val="center"/>
            <w:shd w:fill="EAF2F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30" w:type="dxa"/>
              <w:start w:w="105" w:type="dxa"/>
              <w:bottom w:w="30" w:type="dxa"/>
              <w:end w:w="105" w:type="dxa"/>
            </w:tcMar>
          </w:tcPr>
          <w:p>
            <w:pPr>
              <w:keepNext w:val="0"/>
              <w:spacing w:after="0"/>
              <w:jc w:val="left"/>
            </w:pPr>
            <w:r>
              <w:rPr>
                <w:sz w:val="18"/>
              </w:rPr>
              <w:t>Dynasty vs. Aces</w:t>
            </w:r>
          </w:p>
        </w:tc>
      </w:tr>
      <w:tr>
        <w:tc>
          <w:tcPr>
            <w:tcW w:type="dxa" w:w="2088"/>
            <w:vAlign w:val="center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30" w:type="dxa"/>
              <w:start w:w="105" w:type="dxa"/>
              <w:bottom w:w="30" w:type="dxa"/>
              <w:end w:w="105" w:type="dxa"/>
            </w:tcMar>
          </w:tcPr>
          <w:p>
            <w:pPr>
              <w:keepNext/>
              <w:spacing w:after="0"/>
              <w:jc w:val="center"/>
            </w:pPr>
            <w:r>
              <w:rPr>
                <w:b/>
                <w:color w:val="17365D"/>
                <w:sz w:val="18"/>
              </w:rPr>
              <w:t>October 7</w:t>
            </w:r>
          </w:p>
        </w:tc>
        <w:tc>
          <w:tcPr>
            <w:tcW w:type="dxa" w:w="1584"/>
            <w:vAlign w:val="center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30" w:type="dxa"/>
              <w:start w:w="105" w:type="dxa"/>
              <w:bottom w:w="30" w:type="dxa"/>
              <w:end w:w="105" w:type="dxa"/>
            </w:tcMar>
          </w:tcPr>
          <w:p>
            <w:pPr>
              <w:keepNext/>
              <w:spacing w:after="0"/>
              <w:jc w:val="center"/>
            </w:pPr>
            <w:r>
              <w:rPr>
                <w:sz w:val="18"/>
              </w:rPr>
              <w:t>6:15 PM</w:t>
            </w:r>
          </w:p>
        </w:tc>
        <w:tc>
          <w:tcPr>
            <w:tcW w:type="dxa" w:w="6840"/>
            <w:vAlign w:val="center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30" w:type="dxa"/>
              <w:start w:w="105" w:type="dxa"/>
              <w:bottom w:w="30" w:type="dxa"/>
              <w:end w:w="105" w:type="dxa"/>
            </w:tcMar>
          </w:tcPr>
          <w:p>
            <w:pPr>
              <w:keepNext/>
              <w:spacing w:after="0"/>
              <w:jc w:val="left"/>
            </w:pPr>
            <w:r>
              <w:rPr>
                <w:sz w:val="18"/>
              </w:rPr>
              <w:t>Road Runners vs. Aces</w:t>
            </w:r>
          </w:p>
        </w:tc>
      </w:tr>
      <w:tr>
        <w:tc>
          <w:tcPr>
            <w:tcW w:type="dxa" w:w="2088"/>
            <w:vAlign w:val="center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30" w:type="dxa"/>
              <w:start w:w="105" w:type="dxa"/>
              <w:bottom w:w="30" w:type="dxa"/>
              <w:end w:w="105" w:type="dxa"/>
            </w:tcMar>
          </w:tcPr>
          <w:p>
            <w:pPr>
              <w:keepNext/>
              <w:spacing w:after="0"/>
              <w:jc w:val="center"/>
            </w:pPr>
            <w:r>
              <w:rPr>
                <w:b/>
                <w:color w:val="17365D"/>
                <w:sz w:val="18"/>
              </w:rPr>
            </w:r>
          </w:p>
        </w:tc>
        <w:tc>
          <w:tcPr>
            <w:tcW w:type="dxa" w:w="1584"/>
            <w:vAlign w:val="center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30" w:type="dxa"/>
              <w:start w:w="105" w:type="dxa"/>
              <w:bottom w:w="30" w:type="dxa"/>
              <w:end w:w="105" w:type="dxa"/>
            </w:tcMar>
          </w:tcPr>
          <w:p>
            <w:pPr>
              <w:keepNext/>
              <w:spacing w:after="0"/>
              <w:jc w:val="center"/>
            </w:pPr>
            <w:r>
              <w:rPr>
                <w:sz w:val="18"/>
              </w:rPr>
              <w:t>7:00 PM</w:t>
            </w:r>
          </w:p>
        </w:tc>
        <w:tc>
          <w:tcPr>
            <w:tcW w:type="dxa" w:w="6840"/>
            <w:vAlign w:val="center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30" w:type="dxa"/>
              <w:start w:w="105" w:type="dxa"/>
              <w:bottom w:w="30" w:type="dxa"/>
              <w:end w:w="105" w:type="dxa"/>
            </w:tcMar>
          </w:tcPr>
          <w:p>
            <w:pPr>
              <w:keepNext/>
              <w:spacing w:after="0"/>
              <w:jc w:val="left"/>
            </w:pPr>
            <w:r>
              <w:rPr>
                <w:sz w:val="18"/>
              </w:rPr>
              <w:t>Dynasty vs. Aces</w:t>
            </w:r>
          </w:p>
        </w:tc>
      </w:tr>
      <w:tr>
        <w:tc>
          <w:tcPr>
            <w:tcW w:type="dxa" w:w="2088"/>
            <w:vAlign w:val="center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30" w:type="dxa"/>
              <w:start w:w="105" w:type="dxa"/>
              <w:bottom w:w="30" w:type="dxa"/>
              <w:end w:w="105" w:type="dxa"/>
            </w:tcMar>
          </w:tcPr>
          <w:p>
            <w:pPr>
              <w:keepNext/>
              <w:spacing w:after="0"/>
              <w:jc w:val="center"/>
            </w:pPr>
            <w:r>
              <w:rPr>
                <w:b/>
                <w:color w:val="17365D"/>
                <w:sz w:val="18"/>
              </w:rPr>
            </w:r>
          </w:p>
        </w:tc>
        <w:tc>
          <w:tcPr>
            <w:tcW w:type="dxa" w:w="1584"/>
            <w:vAlign w:val="center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30" w:type="dxa"/>
              <w:start w:w="105" w:type="dxa"/>
              <w:bottom w:w="30" w:type="dxa"/>
              <w:end w:w="105" w:type="dxa"/>
            </w:tcMar>
          </w:tcPr>
          <w:p>
            <w:pPr>
              <w:keepNext/>
              <w:spacing w:after="0"/>
              <w:jc w:val="center"/>
            </w:pPr>
            <w:r>
              <w:rPr>
                <w:sz w:val="18"/>
              </w:rPr>
              <w:t>7:45 PM</w:t>
            </w:r>
          </w:p>
        </w:tc>
        <w:tc>
          <w:tcPr>
            <w:tcW w:type="dxa" w:w="6840"/>
            <w:vAlign w:val="center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30" w:type="dxa"/>
              <w:start w:w="105" w:type="dxa"/>
              <w:bottom w:w="30" w:type="dxa"/>
              <w:end w:w="105" w:type="dxa"/>
            </w:tcMar>
          </w:tcPr>
          <w:p>
            <w:pPr>
              <w:keepNext/>
              <w:spacing w:after="0"/>
              <w:jc w:val="left"/>
            </w:pPr>
            <w:r>
              <w:rPr>
                <w:sz w:val="18"/>
              </w:rPr>
              <w:t>Dynasty vs. Notorious D.I.G.</w:t>
            </w:r>
          </w:p>
        </w:tc>
      </w:tr>
      <w:tr>
        <w:tc>
          <w:tcPr>
            <w:tcW w:type="dxa" w:w="2088"/>
            <w:vAlign w:val="center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30" w:type="dxa"/>
              <w:start w:w="105" w:type="dxa"/>
              <w:bottom w:w="30" w:type="dxa"/>
              <w:end w:w="105" w:type="dxa"/>
            </w:tcMar>
          </w:tcPr>
          <w:p>
            <w:pPr>
              <w:keepNext/>
              <w:spacing w:after="0"/>
              <w:jc w:val="center"/>
            </w:pPr>
            <w:r>
              <w:rPr>
                <w:b/>
                <w:color w:val="17365D"/>
                <w:sz w:val="18"/>
              </w:rPr>
            </w:r>
          </w:p>
        </w:tc>
        <w:tc>
          <w:tcPr>
            <w:tcW w:type="dxa" w:w="1584"/>
            <w:vAlign w:val="center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30" w:type="dxa"/>
              <w:start w:w="105" w:type="dxa"/>
              <w:bottom w:w="30" w:type="dxa"/>
              <w:end w:w="105" w:type="dxa"/>
            </w:tcMar>
          </w:tcPr>
          <w:p>
            <w:pPr>
              <w:keepNext/>
              <w:spacing w:after="0"/>
              <w:jc w:val="center"/>
            </w:pPr>
            <w:r>
              <w:rPr>
                <w:sz w:val="18"/>
              </w:rPr>
              <w:t>8:30 PM</w:t>
            </w:r>
          </w:p>
        </w:tc>
        <w:tc>
          <w:tcPr>
            <w:tcW w:type="dxa" w:w="6840"/>
            <w:vAlign w:val="center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30" w:type="dxa"/>
              <w:start w:w="105" w:type="dxa"/>
              <w:bottom w:w="30" w:type="dxa"/>
              <w:end w:w="105" w:type="dxa"/>
            </w:tcMar>
          </w:tcPr>
          <w:p>
            <w:pPr>
              <w:keepNext/>
              <w:spacing w:after="0"/>
              <w:jc w:val="left"/>
            </w:pPr>
            <w:r>
              <w:rPr>
                <w:sz w:val="18"/>
              </w:rPr>
              <w:t>No Mercy vs. Notorious D.I.G.</w:t>
            </w:r>
          </w:p>
        </w:tc>
      </w:tr>
      <w:tr>
        <w:tc>
          <w:tcPr>
            <w:tcW w:type="dxa" w:w="2088"/>
            <w:vAlign w:val="center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30" w:type="dxa"/>
              <w:start w:w="105" w:type="dxa"/>
              <w:bottom w:w="30" w:type="dxa"/>
              <w:end w:w="105" w:type="dxa"/>
            </w:tcMar>
          </w:tcPr>
          <w:p>
            <w:pPr>
              <w:keepNext w:val="0"/>
              <w:spacing w:after="0"/>
              <w:jc w:val="center"/>
            </w:pPr>
            <w:r>
              <w:rPr>
                <w:b/>
                <w:color w:val="17365D"/>
                <w:sz w:val="18"/>
              </w:rPr>
            </w:r>
          </w:p>
        </w:tc>
        <w:tc>
          <w:tcPr>
            <w:tcW w:type="dxa" w:w="1584"/>
            <w:vAlign w:val="center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30" w:type="dxa"/>
              <w:start w:w="105" w:type="dxa"/>
              <w:bottom w:w="30" w:type="dxa"/>
              <w:end w:w="105" w:type="dxa"/>
            </w:tcMar>
          </w:tcPr>
          <w:p>
            <w:pPr>
              <w:keepNext w:val="0"/>
              <w:spacing w:after="0"/>
              <w:jc w:val="center"/>
            </w:pPr>
            <w:r>
              <w:rPr>
                <w:sz w:val="18"/>
              </w:rPr>
              <w:t>9:15 PM</w:t>
            </w:r>
          </w:p>
        </w:tc>
        <w:tc>
          <w:tcPr>
            <w:tcW w:type="dxa" w:w="6840"/>
            <w:vAlign w:val="center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30" w:type="dxa"/>
              <w:start w:w="105" w:type="dxa"/>
              <w:bottom w:w="30" w:type="dxa"/>
              <w:end w:w="105" w:type="dxa"/>
            </w:tcMar>
          </w:tcPr>
          <w:p>
            <w:pPr>
              <w:keepNext w:val="0"/>
              <w:spacing w:after="0"/>
              <w:jc w:val="left"/>
            </w:pPr>
            <w:r>
              <w:rPr>
                <w:sz w:val="18"/>
              </w:rPr>
              <w:t>No Mercy vs. Set Happens</w:t>
            </w:r>
          </w:p>
        </w:tc>
      </w:tr>
      <w:tr>
        <w:tc>
          <w:tcPr>
            <w:tcW w:type="dxa" w:w="2088"/>
            <w:vAlign w:val="center"/>
            <w:shd w:fill="EAF2F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30" w:type="dxa"/>
              <w:start w:w="105" w:type="dxa"/>
              <w:bottom w:w="30" w:type="dxa"/>
              <w:end w:w="105" w:type="dxa"/>
            </w:tcMar>
          </w:tcPr>
          <w:p>
            <w:pPr>
              <w:keepNext/>
              <w:spacing w:after="0"/>
              <w:jc w:val="center"/>
            </w:pPr>
            <w:r>
              <w:rPr>
                <w:b/>
                <w:color w:val="17365D"/>
                <w:sz w:val="18"/>
              </w:rPr>
              <w:t>October 14</w:t>
            </w:r>
          </w:p>
        </w:tc>
        <w:tc>
          <w:tcPr>
            <w:tcW w:type="dxa" w:w="1584"/>
            <w:vAlign w:val="center"/>
            <w:shd w:fill="EAF2F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30" w:type="dxa"/>
              <w:start w:w="105" w:type="dxa"/>
              <w:bottom w:w="30" w:type="dxa"/>
              <w:end w:w="105" w:type="dxa"/>
            </w:tcMar>
          </w:tcPr>
          <w:p>
            <w:pPr>
              <w:keepNext/>
              <w:spacing w:after="0"/>
              <w:jc w:val="center"/>
            </w:pPr>
            <w:r>
              <w:rPr>
                <w:sz w:val="18"/>
              </w:rPr>
              <w:t>6:15 PM</w:t>
            </w:r>
          </w:p>
        </w:tc>
        <w:tc>
          <w:tcPr>
            <w:tcW w:type="dxa" w:w="6840"/>
            <w:vAlign w:val="center"/>
            <w:shd w:fill="EAF2F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30" w:type="dxa"/>
              <w:start w:w="105" w:type="dxa"/>
              <w:bottom w:w="30" w:type="dxa"/>
              <w:end w:w="105" w:type="dxa"/>
            </w:tcMar>
          </w:tcPr>
          <w:p>
            <w:pPr>
              <w:keepNext/>
              <w:spacing w:after="0"/>
              <w:jc w:val="left"/>
            </w:pPr>
            <w:r>
              <w:rPr>
                <w:sz w:val="18"/>
              </w:rPr>
              <w:t>Notorious D.I.G. vs. Set Happens</w:t>
            </w:r>
          </w:p>
        </w:tc>
      </w:tr>
      <w:tr>
        <w:tc>
          <w:tcPr>
            <w:tcW w:type="dxa" w:w="2088"/>
            <w:vAlign w:val="center"/>
            <w:shd w:fill="EAF2F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30" w:type="dxa"/>
              <w:start w:w="105" w:type="dxa"/>
              <w:bottom w:w="30" w:type="dxa"/>
              <w:end w:w="105" w:type="dxa"/>
            </w:tcMar>
          </w:tcPr>
          <w:p>
            <w:pPr>
              <w:keepNext/>
              <w:spacing w:after="0"/>
              <w:jc w:val="center"/>
            </w:pPr>
            <w:r>
              <w:rPr>
                <w:b/>
                <w:color w:val="17365D"/>
                <w:sz w:val="18"/>
              </w:rPr>
            </w:r>
          </w:p>
        </w:tc>
        <w:tc>
          <w:tcPr>
            <w:tcW w:type="dxa" w:w="1584"/>
            <w:vAlign w:val="center"/>
            <w:shd w:fill="EAF2F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30" w:type="dxa"/>
              <w:start w:w="105" w:type="dxa"/>
              <w:bottom w:w="30" w:type="dxa"/>
              <w:end w:w="105" w:type="dxa"/>
            </w:tcMar>
          </w:tcPr>
          <w:p>
            <w:pPr>
              <w:keepNext/>
              <w:spacing w:after="0"/>
              <w:jc w:val="center"/>
            </w:pPr>
            <w:r>
              <w:rPr>
                <w:sz w:val="18"/>
              </w:rPr>
              <w:t>7:00 PM</w:t>
            </w:r>
          </w:p>
        </w:tc>
        <w:tc>
          <w:tcPr>
            <w:tcW w:type="dxa" w:w="6840"/>
            <w:vAlign w:val="center"/>
            <w:shd w:fill="EAF2F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30" w:type="dxa"/>
              <w:start w:w="105" w:type="dxa"/>
              <w:bottom w:w="30" w:type="dxa"/>
              <w:end w:w="105" w:type="dxa"/>
            </w:tcMar>
          </w:tcPr>
          <w:p>
            <w:pPr>
              <w:keepNext/>
              <w:spacing w:after="0"/>
              <w:jc w:val="left"/>
            </w:pPr>
            <w:r>
              <w:rPr>
                <w:sz w:val="18"/>
              </w:rPr>
              <w:t>No Mercy vs. Aces</w:t>
            </w:r>
          </w:p>
        </w:tc>
      </w:tr>
      <w:tr>
        <w:tc>
          <w:tcPr>
            <w:tcW w:type="dxa" w:w="2088"/>
            <w:vAlign w:val="center"/>
            <w:shd w:fill="EAF2F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30" w:type="dxa"/>
              <w:start w:w="105" w:type="dxa"/>
              <w:bottom w:w="30" w:type="dxa"/>
              <w:end w:w="105" w:type="dxa"/>
            </w:tcMar>
          </w:tcPr>
          <w:p>
            <w:pPr>
              <w:keepNext/>
              <w:spacing w:after="0"/>
              <w:jc w:val="center"/>
            </w:pPr>
            <w:r>
              <w:rPr>
                <w:b/>
                <w:color w:val="17365D"/>
                <w:sz w:val="18"/>
              </w:rPr>
            </w:r>
          </w:p>
        </w:tc>
        <w:tc>
          <w:tcPr>
            <w:tcW w:type="dxa" w:w="1584"/>
            <w:vAlign w:val="center"/>
            <w:shd w:fill="EAF2F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30" w:type="dxa"/>
              <w:start w:w="105" w:type="dxa"/>
              <w:bottom w:w="30" w:type="dxa"/>
              <w:end w:w="105" w:type="dxa"/>
            </w:tcMar>
          </w:tcPr>
          <w:p>
            <w:pPr>
              <w:keepNext/>
              <w:spacing w:after="0"/>
              <w:jc w:val="center"/>
            </w:pPr>
            <w:r>
              <w:rPr>
                <w:sz w:val="18"/>
              </w:rPr>
              <w:t>7:45 PM</w:t>
            </w:r>
          </w:p>
        </w:tc>
        <w:tc>
          <w:tcPr>
            <w:tcW w:type="dxa" w:w="6840"/>
            <w:vAlign w:val="center"/>
            <w:shd w:fill="EAF2F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30" w:type="dxa"/>
              <w:start w:w="105" w:type="dxa"/>
              <w:bottom w:w="30" w:type="dxa"/>
              <w:end w:w="105" w:type="dxa"/>
            </w:tcMar>
          </w:tcPr>
          <w:p>
            <w:pPr>
              <w:keepNext/>
              <w:spacing w:after="0"/>
              <w:jc w:val="left"/>
            </w:pPr>
            <w:r>
              <w:rPr>
                <w:sz w:val="18"/>
              </w:rPr>
              <w:t>No Mercy vs. Dynasty</w:t>
            </w:r>
          </w:p>
        </w:tc>
      </w:tr>
      <w:tr>
        <w:tc>
          <w:tcPr>
            <w:tcW w:type="dxa" w:w="2088"/>
            <w:vAlign w:val="center"/>
            <w:shd w:fill="EAF2F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30" w:type="dxa"/>
              <w:start w:w="105" w:type="dxa"/>
              <w:bottom w:w="30" w:type="dxa"/>
              <w:end w:w="105" w:type="dxa"/>
            </w:tcMar>
          </w:tcPr>
          <w:p>
            <w:pPr>
              <w:keepNext/>
              <w:spacing w:after="0"/>
              <w:jc w:val="center"/>
            </w:pPr>
            <w:r>
              <w:rPr>
                <w:b/>
                <w:color w:val="17365D"/>
                <w:sz w:val="18"/>
              </w:rPr>
            </w:r>
          </w:p>
        </w:tc>
        <w:tc>
          <w:tcPr>
            <w:tcW w:type="dxa" w:w="1584"/>
            <w:vAlign w:val="center"/>
            <w:shd w:fill="EAF2F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30" w:type="dxa"/>
              <w:start w:w="105" w:type="dxa"/>
              <w:bottom w:w="30" w:type="dxa"/>
              <w:end w:w="105" w:type="dxa"/>
            </w:tcMar>
          </w:tcPr>
          <w:p>
            <w:pPr>
              <w:keepNext/>
              <w:spacing w:after="0"/>
              <w:jc w:val="center"/>
            </w:pPr>
            <w:r>
              <w:rPr>
                <w:sz w:val="18"/>
              </w:rPr>
              <w:t>8:30 PM</w:t>
            </w:r>
          </w:p>
        </w:tc>
        <w:tc>
          <w:tcPr>
            <w:tcW w:type="dxa" w:w="6840"/>
            <w:vAlign w:val="center"/>
            <w:shd w:fill="EAF2F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30" w:type="dxa"/>
              <w:start w:w="105" w:type="dxa"/>
              <w:bottom w:w="30" w:type="dxa"/>
              <w:end w:w="105" w:type="dxa"/>
            </w:tcMar>
          </w:tcPr>
          <w:p>
            <w:pPr>
              <w:keepNext/>
              <w:spacing w:after="0"/>
              <w:jc w:val="left"/>
            </w:pPr>
            <w:r>
              <w:rPr>
                <w:sz w:val="18"/>
              </w:rPr>
              <w:t>Road Runners vs. Dynasty</w:t>
            </w:r>
          </w:p>
        </w:tc>
      </w:tr>
      <w:tr>
        <w:tc>
          <w:tcPr>
            <w:tcW w:type="dxa" w:w="2088"/>
            <w:vAlign w:val="center"/>
            <w:shd w:fill="EAF2F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30" w:type="dxa"/>
              <w:start w:w="105" w:type="dxa"/>
              <w:bottom w:w="30" w:type="dxa"/>
              <w:end w:w="105" w:type="dxa"/>
            </w:tcMar>
          </w:tcPr>
          <w:p>
            <w:pPr>
              <w:keepNext w:val="0"/>
              <w:spacing w:after="0"/>
              <w:jc w:val="center"/>
            </w:pPr>
            <w:r>
              <w:rPr>
                <w:b/>
                <w:color w:val="17365D"/>
                <w:sz w:val="18"/>
              </w:rPr>
            </w:r>
          </w:p>
        </w:tc>
        <w:tc>
          <w:tcPr>
            <w:tcW w:type="dxa" w:w="1584"/>
            <w:vAlign w:val="center"/>
            <w:shd w:fill="EAF2F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30" w:type="dxa"/>
              <w:start w:w="105" w:type="dxa"/>
              <w:bottom w:w="30" w:type="dxa"/>
              <w:end w:w="105" w:type="dxa"/>
            </w:tcMar>
          </w:tcPr>
          <w:p>
            <w:pPr>
              <w:keepNext w:val="0"/>
              <w:spacing w:after="0"/>
              <w:jc w:val="center"/>
            </w:pPr>
            <w:r>
              <w:rPr>
                <w:sz w:val="18"/>
              </w:rPr>
              <w:t>9:15 PM</w:t>
            </w:r>
          </w:p>
        </w:tc>
        <w:tc>
          <w:tcPr>
            <w:tcW w:type="dxa" w:w="6840"/>
            <w:vAlign w:val="center"/>
            <w:shd w:fill="EAF2F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30" w:type="dxa"/>
              <w:start w:w="105" w:type="dxa"/>
              <w:bottom w:w="30" w:type="dxa"/>
              <w:end w:w="105" w:type="dxa"/>
            </w:tcMar>
          </w:tcPr>
          <w:p>
            <w:pPr>
              <w:keepNext w:val="0"/>
              <w:spacing w:after="0"/>
              <w:jc w:val="left"/>
            </w:pPr>
            <w:r>
              <w:rPr>
                <w:i/>
                <w:color w:val="646464"/>
                <w:sz w:val="18"/>
              </w:rPr>
              <w:t>No game scheduled</w:t>
            </w:r>
          </w:p>
        </w:tc>
      </w:tr>
      <w:tr>
        <w:tc>
          <w:tcPr>
            <w:tcW w:type="dxa" w:w="2088"/>
            <w:vAlign w:val="center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30" w:type="dxa"/>
              <w:start w:w="105" w:type="dxa"/>
              <w:bottom w:w="30" w:type="dxa"/>
              <w:end w:w="105" w:type="dxa"/>
            </w:tcMar>
          </w:tcPr>
          <w:p>
            <w:pPr>
              <w:keepNext/>
              <w:spacing w:after="0"/>
              <w:jc w:val="center"/>
            </w:pPr>
            <w:r>
              <w:rPr>
                <w:b/>
                <w:color w:val="17365D"/>
                <w:sz w:val="18"/>
              </w:rPr>
              <w:t>October 21</w:t>
              <w:br/>
              <w:t>Tournament Day</w:t>
            </w:r>
          </w:p>
        </w:tc>
        <w:tc>
          <w:tcPr>
            <w:tcW w:type="dxa" w:w="1584"/>
            <w:vAlign w:val="center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30" w:type="dxa"/>
              <w:start w:w="105" w:type="dxa"/>
              <w:bottom w:w="30" w:type="dxa"/>
              <w:end w:w="105" w:type="dxa"/>
            </w:tcMar>
          </w:tcPr>
          <w:p>
            <w:pPr>
              <w:keepNext/>
              <w:spacing w:after="0"/>
              <w:jc w:val="center"/>
            </w:pPr>
            <w:r>
              <w:rPr>
                <w:sz w:val="18"/>
              </w:rPr>
              <w:t>6:15 PM</w:t>
            </w:r>
          </w:p>
        </w:tc>
        <w:tc>
          <w:tcPr>
            <w:tcW w:type="dxa" w:w="6840"/>
            <w:vAlign w:val="center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30" w:type="dxa"/>
              <w:start w:w="105" w:type="dxa"/>
              <w:bottom w:w="30" w:type="dxa"/>
              <w:end w:w="105" w:type="dxa"/>
            </w:tcMar>
          </w:tcPr>
          <w:p>
            <w:pPr>
              <w:keepNext/>
              <w:spacing w:after="0"/>
              <w:jc w:val="left"/>
            </w:pPr>
            <w:r>
              <w:rPr>
                <w:sz w:val="18"/>
              </w:rPr>
              <w:t>Quarterfinal 1: Seed 4 vs. Seed 5</w:t>
            </w:r>
          </w:p>
        </w:tc>
      </w:tr>
      <w:tr>
        <w:tc>
          <w:tcPr>
            <w:tcW w:type="dxa" w:w="2088"/>
            <w:vAlign w:val="center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30" w:type="dxa"/>
              <w:start w:w="105" w:type="dxa"/>
              <w:bottom w:w="30" w:type="dxa"/>
              <w:end w:w="105" w:type="dxa"/>
            </w:tcMar>
          </w:tcPr>
          <w:p>
            <w:pPr>
              <w:keepNext/>
              <w:spacing w:after="0"/>
              <w:jc w:val="center"/>
            </w:pPr>
            <w:r>
              <w:rPr>
                <w:b/>
                <w:color w:val="17365D"/>
                <w:sz w:val="18"/>
              </w:rPr>
            </w:r>
          </w:p>
        </w:tc>
        <w:tc>
          <w:tcPr>
            <w:tcW w:type="dxa" w:w="1584"/>
            <w:vAlign w:val="center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30" w:type="dxa"/>
              <w:start w:w="105" w:type="dxa"/>
              <w:bottom w:w="30" w:type="dxa"/>
              <w:end w:w="105" w:type="dxa"/>
            </w:tcMar>
          </w:tcPr>
          <w:p>
            <w:pPr>
              <w:keepNext/>
              <w:spacing w:after="0"/>
              <w:jc w:val="center"/>
            </w:pPr>
            <w:r>
              <w:rPr>
                <w:sz w:val="18"/>
              </w:rPr>
              <w:t>7:00 PM</w:t>
            </w:r>
          </w:p>
        </w:tc>
        <w:tc>
          <w:tcPr>
            <w:tcW w:type="dxa" w:w="6840"/>
            <w:vAlign w:val="center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30" w:type="dxa"/>
              <w:start w:w="105" w:type="dxa"/>
              <w:bottom w:w="30" w:type="dxa"/>
              <w:end w:w="105" w:type="dxa"/>
            </w:tcMar>
          </w:tcPr>
          <w:p>
            <w:pPr>
              <w:keepNext/>
              <w:spacing w:after="0"/>
              <w:jc w:val="left"/>
            </w:pPr>
            <w:r>
              <w:rPr>
                <w:sz w:val="18"/>
              </w:rPr>
              <w:t>Quarterfinal 2: Seed 3 vs. Seed 6</w:t>
            </w:r>
          </w:p>
        </w:tc>
      </w:tr>
      <w:tr>
        <w:tc>
          <w:tcPr>
            <w:tcW w:type="dxa" w:w="2088"/>
            <w:vAlign w:val="center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30" w:type="dxa"/>
              <w:start w:w="105" w:type="dxa"/>
              <w:bottom w:w="30" w:type="dxa"/>
              <w:end w:w="105" w:type="dxa"/>
            </w:tcMar>
          </w:tcPr>
          <w:p>
            <w:pPr>
              <w:keepNext/>
              <w:spacing w:after="0"/>
              <w:jc w:val="center"/>
            </w:pPr>
            <w:r>
              <w:rPr>
                <w:b/>
                <w:color w:val="17365D"/>
                <w:sz w:val="18"/>
              </w:rPr>
            </w:r>
          </w:p>
        </w:tc>
        <w:tc>
          <w:tcPr>
            <w:tcW w:type="dxa" w:w="1584"/>
            <w:vAlign w:val="center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30" w:type="dxa"/>
              <w:start w:w="105" w:type="dxa"/>
              <w:bottom w:w="30" w:type="dxa"/>
              <w:end w:w="105" w:type="dxa"/>
            </w:tcMar>
          </w:tcPr>
          <w:p>
            <w:pPr>
              <w:keepNext/>
              <w:spacing w:after="0"/>
              <w:jc w:val="center"/>
            </w:pPr>
            <w:r>
              <w:rPr>
                <w:sz w:val="18"/>
              </w:rPr>
              <w:t>7:45 PM</w:t>
            </w:r>
          </w:p>
        </w:tc>
        <w:tc>
          <w:tcPr>
            <w:tcW w:type="dxa" w:w="6840"/>
            <w:vAlign w:val="center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30" w:type="dxa"/>
              <w:start w:w="105" w:type="dxa"/>
              <w:bottom w:w="30" w:type="dxa"/>
              <w:end w:w="105" w:type="dxa"/>
            </w:tcMar>
          </w:tcPr>
          <w:p>
            <w:pPr>
              <w:keepNext/>
              <w:spacing w:after="0"/>
              <w:jc w:val="left"/>
            </w:pPr>
            <w:r>
              <w:rPr>
                <w:sz w:val="18"/>
              </w:rPr>
              <w:t>Semifinal 1: Seed 1 vs. Quarterfinal 1 winner</w:t>
            </w:r>
          </w:p>
        </w:tc>
      </w:tr>
      <w:tr>
        <w:tc>
          <w:tcPr>
            <w:tcW w:type="dxa" w:w="2088"/>
            <w:vAlign w:val="center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30" w:type="dxa"/>
              <w:start w:w="105" w:type="dxa"/>
              <w:bottom w:w="30" w:type="dxa"/>
              <w:end w:w="105" w:type="dxa"/>
            </w:tcMar>
          </w:tcPr>
          <w:p>
            <w:pPr>
              <w:keepNext/>
              <w:spacing w:after="0"/>
              <w:jc w:val="center"/>
            </w:pPr>
            <w:r>
              <w:rPr>
                <w:b/>
                <w:color w:val="17365D"/>
                <w:sz w:val="18"/>
              </w:rPr>
            </w:r>
          </w:p>
        </w:tc>
        <w:tc>
          <w:tcPr>
            <w:tcW w:type="dxa" w:w="1584"/>
            <w:vAlign w:val="center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30" w:type="dxa"/>
              <w:start w:w="105" w:type="dxa"/>
              <w:bottom w:w="30" w:type="dxa"/>
              <w:end w:w="105" w:type="dxa"/>
            </w:tcMar>
          </w:tcPr>
          <w:p>
            <w:pPr>
              <w:keepNext/>
              <w:spacing w:after="0"/>
              <w:jc w:val="center"/>
            </w:pPr>
            <w:r>
              <w:rPr>
                <w:sz w:val="18"/>
              </w:rPr>
              <w:t>8:30 PM</w:t>
            </w:r>
          </w:p>
        </w:tc>
        <w:tc>
          <w:tcPr>
            <w:tcW w:type="dxa" w:w="6840"/>
            <w:vAlign w:val="center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30" w:type="dxa"/>
              <w:start w:w="105" w:type="dxa"/>
              <w:bottom w:w="30" w:type="dxa"/>
              <w:end w:w="105" w:type="dxa"/>
            </w:tcMar>
          </w:tcPr>
          <w:p>
            <w:pPr>
              <w:keepNext/>
              <w:spacing w:after="0"/>
              <w:jc w:val="left"/>
            </w:pPr>
            <w:r>
              <w:rPr>
                <w:sz w:val="18"/>
              </w:rPr>
              <w:t>Semifinal 2: Seed 2 vs. Quarterfinal 2 winner</w:t>
            </w:r>
          </w:p>
        </w:tc>
      </w:tr>
      <w:tr>
        <w:tc>
          <w:tcPr>
            <w:tcW w:type="dxa" w:w="2088"/>
            <w:vAlign w:val="center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30" w:type="dxa"/>
              <w:start w:w="105" w:type="dxa"/>
              <w:bottom w:w="30" w:type="dxa"/>
              <w:end w:w="105" w:type="dxa"/>
            </w:tcMar>
          </w:tcPr>
          <w:p>
            <w:pPr>
              <w:keepNext w:val="0"/>
              <w:spacing w:after="0"/>
              <w:jc w:val="center"/>
            </w:pPr>
            <w:r>
              <w:rPr>
                <w:b/>
                <w:color w:val="17365D"/>
                <w:sz w:val="18"/>
              </w:rPr>
            </w:r>
          </w:p>
        </w:tc>
        <w:tc>
          <w:tcPr>
            <w:tcW w:type="dxa" w:w="1584"/>
            <w:vAlign w:val="center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30" w:type="dxa"/>
              <w:start w:w="105" w:type="dxa"/>
              <w:bottom w:w="30" w:type="dxa"/>
              <w:end w:w="105" w:type="dxa"/>
            </w:tcMar>
          </w:tcPr>
          <w:p>
            <w:pPr>
              <w:keepNext w:val="0"/>
              <w:spacing w:after="0"/>
              <w:jc w:val="center"/>
            </w:pPr>
            <w:r>
              <w:rPr>
                <w:sz w:val="18"/>
              </w:rPr>
              <w:t>9:15 PM</w:t>
            </w:r>
          </w:p>
        </w:tc>
        <w:tc>
          <w:tcPr>
            <w:tcW w:type="dxa" w:w="6840"/>
            <w:vAlign w:val="center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30" w:type="dxa"/>
              <w:start w:w="105" w:type="dxa"/>
              <w:bottom w:w="30" w:type="dxa"/>
              <w:end w:w="105" w:type="dxa"/>
            </w:tcMar>
          </w:tcPr>
          <w:p>
            <w:pPr>
              <w:keepNext w:val="0"/>
              <w:spacing w:after="0"/>
              <w:jc w:val="left"/>
            </w:pPr>
            <w:r>
              <w:rPr>
                <w:sz w:val="18"/>
              </w:rPr>
              <w:t>Championship: Semifinal 1 winner vs. Semifinal 2 winner</w:t>
            </w:r>
          </w:p>
        </w:tc>
      </w:tr>
    </w:tbl>
    <w:p>
      <w:pPr>
        <w:spacing w:before="100"/>
        <w:jc w:val="center"/>
      </w:pPr>
      <w:r>
        <w:rPr>
          <w:i/>
          <w:color w:val="4B5563"/>
          <w:sz w:val="16"/>
        </w:rPr>
        <w:t>Regular season teams play eight games. Seeds 1 and 2 receive first-round tournament byes.</w:t>
      </w:r>
    </w:p>
    <w:sectPr w:rsidR="00FC693F" w:rsidRPr="0006063C" w:rsidSect="00034616">
      <w:pgSz w:w="12240" w:h="15840"/>
      <w:pgMar w:top="648" w:right="792" w:bottom="648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Wednesday League Game Schedule</dc:title>
  <dc:subject>Eight game season schedule for six teams</dc:subject>
  <dc:creator>Lufkin Parks and Recreation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